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[YOUR FULL NAME]</w:t>
      </w:r>
    </w:p>
    <w:p>
      <w:pPr>
        <w:jc w:val="center"/>
      </w:pPr>
      <w:r>
        <w:rPr>
          <w:sz w:val="21"/>
        </w:rPr>
        <w:t>City, State  |  [Phone]  |  [Email]  |  [LinkedIn URL - optional]</w:t>
      </w:r>
    </w:p>
    <w:p>
      <w:r>
        <w:rPr>
          <w:i/>
          <w:color w:val="64748B"/>
          <w:sz w:val="20"/>
        </w:rPr>
        <w:t>HOW TO USE THIS TEMPLATE: Replace everything in [brackets] with your own information, then delete this note before you submit. List jobs newest first. Never hide a gap with fake dates — a one-line honest explanation beats a lie an employer will find.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PROFESSIONAL SUMMARY</w:t>
      </w:r>
    </w:p>
    <w:p>
      <w:pPr>
        <w:pStyle w:val="ListBullet"/>
      </w:pPr>
      <w:r>
        <w:t>[2–3 sentences: your profession, years of experience, and the strongest result you can prove — e.g. "Operations manager with 6 years of experience leading teams of up to 20 and cutting delivery times by 18%."]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WORK EXPERIENCE</w:t>
      </w:r>
    </w:p>
    <w:p>
      <w:pPr>
        <w:pStyle w:val="ListBullet"/>
      </w:pPr>
      <w:r>
        <w:t>[Most Recent Job Title], [Employer] — [City, State] | [Month Year] – Present</w:t>
      </w:r>
    </w:p>
    <w:p>
      <w:pPr>
        <w:pStyle w:val="ListBullet"/>
      </w:pPr>
      <w:r>
        <w:t>[Action verb] [what you did] for [team/customers], resulting in [measurable result].</w:t>
      </w:r>
    </w:p>
    <w:p>
      <w:pPr>
        <w:pStyle w:val="ListBullet"/>
      </w:pPr>
      <w:r>
        <w:t>[Action verb] [what you did], improving [process or outcome] by [number or %].</w:t>
      </w:r>
    </w:p>
    <w:p>
      <w:pPr>
        <w:pStyle w:val="ListBullet"/>
      </w:pPr>
      <w:r>
        <w:t>[Previous Job Title], [Employer] — [City, State] | [Month Year] – [Month Year]</w:t>
      </w:r>
    </w:p>
    <w:p>
      <w:pPr>
        <w:pStyle w:val="ListBullet"/>
      </w:pPr>
      <w:r>
        <w:t>[Action verb] [what you did], resulting in [measurable result].</w:t>
      </w:r>
    </w:p>
    <w:p>
      <w:pPr>
        <w:pStyle w:val="ListBullet"/>
      </w:pPr>
      <w:r>
        <w:t>[Earlier Job Title], [Employer] — [City, State] | [Month Year] – [Month Year]</w:t>
      </w:r>
    </w:p>
    <w:p>
      <w:pPr>
        <w:pStyle w:val="ListBullet"/>
      </w:pPr>
      <w:r>
        <w:t>[Action verb] [what you did], resulting in [measurable result].</w:t>
      </w:r>
    </w:p>
    <w:p>
      <w:r>
        <w:rPr>
          <w:i/>
          <w:color w:val="64748B"/>
          <w:sz w:val="20"/>
        </w:rPr>
        <w:t>GAP TIP: If you have a gap, add one honest line under the relevant dates, e.g. "[Month Year] – [Month Year]: Career break — full-time caregiving / further study / relocation." Do not stretch dates to cover it.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EDUCATION</w:t>
      </w:r>
    </w:p>
    <w:p>
      <w:pPr>
        <w:pStyle w:val="ListBullet"/>
      </w:pPr>
      <w:r>
        <w:t>[Degree], [University / College Name] — [City, State] | [Year]</w:t>
      </w:r>
    </w:p>
    <w:p>
      <w:pPr>
        <w:pStyle w:val="ListBullet"/>
      </w:pPr>
      <w:r>
        <w:t>Relevant Coursework / Certifications: [Course or Certification 1], [Course or Certification 2]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SKILLS</w:t>
      </w:r>
    </w:p>
    <w:p>
      <w:pPr>
        <w:pStyle w:val="ListBullet"/>
      </w:pPr>
      <w:r>
        <w:t>Skills: [Skill 1, Skill 2, Skill 3 — match the job posting, and only list skills you can actually demonstrate]</w:t>
      </w:r>
    </w:p>
    <w:p>
      <w:pPr>
        <w:spacing w:before="280"/>
      </w:pPr>
      <w:r>
        <w:rPr>
          <w:color w:val="64748B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