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COMMERCIAL INVOICE</w:t>
      </w:r>
    </w:p>
    <w:p>
      <w:pPr>
        <w:spacing w:after="200"/>
      </w:pPr>
      <w:r>
        <w:rPr>
          <w:b w:val="0"/>
          <w:color w:val="64748B"/>
          <w:sz w:val="20"/>
        </w:rPr>
        <w:t>Free template from Templates Tub — templatestub.com</w:t>
      </w:r>
    </w:p>
    <w:p>
      <w:pPr>
        <w:spacing w:after="200"/>
      </w:pPr>
      <w:r>
        <w:rPr>
          <w:b w:val="0"/>
          <w:color w:val="64748B"/>
          <w:sz w:val="20"/>
        </w:rPr>
        <w:t>HOW TO USE: Replace everything in [brackets] with your own details, fill in the item table, then delete this note before sending. Check your country's invoicing rules — this template does not replace legal or tax advice.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SELLER / EXPORTER</w:t>
            </w:r>
          </w:p>
        </w:tc>
        <w:tc>
          <w:tcPr>
            <w:tcW w:type="dxa" w:w="4968"/>
          </w:tcPr>
          <w:p>
            <w:r>
              <w:rPr>
                <w:b/>
              </w:rPr>
              <w:t>BUYER / IMPORTER</w:t>
            </w:r>
          </w:p>
        </w:tc>
      </w:tr>
      <w:tr>
        <w:tc>
          <w:tcPr>
            <w:tcW w:type="dxa" w:w="4968"/>
          </w:tcPr>
          <w:p>
            <w:r>
              <w:t>[Your Company Name]</w:t>
              <w:br/>
              <w:t>[Street Address]</w:t>
              <w:br/>
              <w:t>[City, State/Province, Postal Code, Country]</w:t>
              <w:br/>
              <w:t>[Phone] | [Email]</w:t>
              <w:br/>
              <w:t>Tax / VAT No.: [Number]</w:t>
            </w:r>
          </w:p>
        </w:tc>
        <w:tc>
          <w:tcPr>
            <w:tcW w:type="dxa" w:w="4968"/>
          </w:tcPr>
          <w:p>
            <w:r>
              <w:t>[Buyer Company Name]</w:t>
              <w:br/>
              <w:t>[Street Address]</w:t>
              <w:br/>
              <w:t>[City, State/Province, Postal Code, Country]</w:t>
              <w:br/>
              <w:t>[Phone] | [Email]</w:t>
              <w:br/>
              <w:t>Tax / VAT No.: [Number]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INVOICE DETAILS</w:t>
            </w:r>
          </w:p>
        </w:tc>
        <w:tc>
          <w:tcPr>
            <w:tcW w:type="dxa" w:w="4968"/>
          </w:tcPr>
          <w:p>
            <w:r>
              <w:rPr>
                <w:b/>
              </w:rPr>
            </w:r>
          </w:p>
        </w:tc>
      </w:tr>
      <w:tr>
        <w:tc>
          <w:tcPr>
            <w:tcW w:type="dxa" w:w="4968"/>
          </w:tcPr>
          <w:p>
            <w:r>
              <w:t>Invoice No.:</w:t>
            </w:r>
          </w:p>
        </w:tc>
        <w:tc>
          <w:tcPr>
            <w:tcW w:type="dxa" w:w="4968"/>
          </w:tcPr>
          <w:p>
            <w:r>
              <w:t>[INV-001]</w:t>
            </w:r>
          </w:p>
        </w:tc>
      </w:tr>
      <w:tr>
        <w:tc>
          <w:tcPr>
            <w:tcW w:type="dxa" w:w="4968"/>
          </w:tcPr>
          <w:p>
            <w:r>
              <w:t>Invoice Date: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</w:tcPr>
          <w:p>
            <w:r>
              <w:t>Due Date: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</w:tcPr>
          <w:p>
            <w:r>
              <w:t>Payment Terms:</w:t>
            </w:r>
          </w:p>
        </w:tc>
        <w:tc>
          <w:tcPr>
            <w:tcW w:type="dxa" w:w="4968"/>
          </w:tcPr>
          <w:p>
            <w:r>
              <w:t>[e.g. Net 30]</w:t>
            </w:r>
          </w:p>
        </w:tc>
      </w:tr>
      <w:tr>
        <w:tc>
          <w:tcPr>
            <w:tcW w:type="dxa" w:w="4968"/>
          </w:tcPr>
          <w:p>
            <w:r>
              <w:t>Currency:</w:t>
            </w:r>
          </w:p>
        </w:tc>
        <w:tc>
          <w:tcPr>
            <w:tcW w:type="dxa" w:w="4968"/>
          </w:tcPr>
          <w:p>
            <w:r>
              <w:t>[USD / EUR / etc.]</w:t>
            </w:r>
          </w:p>
        </w:tc>
      </w:tr>
      <w:tr>
        <w:tc>
          <w:tcPr>
            <w:tcW w:type="dxa" w:w="4968"/>
          </w:tcPr>
          <w:p>
            <w:r>
              <w:t>Incoterms:</w:t>
            </w:r>
          </w:p>
        </w:tc>
        <w:tc>
          <w:tcPr>
            <w:tcW w:type="dxa" w:w="4968"/>
          </w:tcPr>
          <w:p>
            <w:r>
              <w:t>[e.g. FOB, CIF, DAP]</w:t>
            </w:r>
          </w:p>
        </w:tc>
      </w:tr>
      <w:tr>
        <w:tc>
          <w:tcPr>
            <w:tcW w:type="dxa" w:w="4968"/>
          </w:tcPr>
          <w:p>
            <w:r>
              <w:t>Country of Origin:</w:t>
            </w:r>
          </w:p>
        </w:tc>
        <w:tc>
          <w:tcPr>
            <w:tcW w:type="dxa" w:w="4968"/>
          </w:tcPr>
          <w:p>
            <w:r>
              <w:t>[Country]</w:t>
            </w:r>
          </w:p>
        </w:tc>
      </w:tr>
      <w:tr>
        <w:tc>
          <w:tcPr>
            <w:tcW w:type="dxa" w:w="4968"/>
          </w:tcPr>
          <w:p>
            <w:r>
              <w:t>Port of Loading / Discharge:</w:t>
            </w:r>
          </w:p>
        </w:tc>
        <w:tc>
          <w:tcPr>
            <w:tcW w:type="dxa" w:w="4968"/>
          </w:tcPr>
          <w:p>
            <w:r>
              <w:t>[Port] / [Port]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F3A5F"/>
          <w:sz w:val="24"/>
        </w:rPr>
        <w:t>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>
              <w:rPr>
                <w:b/>
              </w:rPr>
              <w:t>No.</w:t>
            </w:r>
          </w:p>
        </w:tc>
        <w:tc>
          <w:tcPr>
            <w:tcW w:type="dxa" w:w="1656"/>
          </w:tcPr>
          <w:p>
            <w:r>
              <w:rPr>
                <w:b/>
              </w:rPr>
              <w:t>Description of Goods</w:t>
            </w:r>
          </w:p>
        </w:tc>
        <w:tc>
          <w:tcPr>
            <w:tcW w:type="dxa" w:w="1656"/>
          </w:tcPr>
          <w:p>
            <w:r>
              <w:rPr>
                <w:b/>
              </w:rPr>
              <w:t>HS Code</w:t>
            </w:r>
          </w:p>
        </w:tc>
        <w:tc>
          <w:tcPr>
            <w:tcW w:type="dxa" w:w="1656"/>
          </w:tcPr>
          <w:p>
            <w:r>
              <w:rPr>
                <w:b/>
              </w:rPr>
              <w:t>Qty</w:t>
            </w:r>
          </w:p>
        </w:tc>
        <w:tc>
          <w:tcPr>
            <w:tcW w:type="dxa" w:w="1656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65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656"/>
          </w:tcPr>
          <w:p>
            <w:r>
              <w:t>1</w:t>
            </w:r>
          </w:p>
        </w:tc>
        <w:tc>
          <w:tcPr>
            <w:tcW w:type="dxa" w:w="1656"/>
          </w:tcPr>
          <w:p>
            <w:r>
              <w:t>[Product description]</w:t>
            </w:r>
          </w:p>
        </w:tc>
        <w:tc>
          <w:tcPr>
            <w:tcW w:type="dxa" w:w="1656"/>
          </w:tcPr>
          <w:p>
            <w:r>
              <w:t>[HS code]</w:t>
            </w:r>
          </w:p>
        </w:tc>
        <w:tc>
          <w:tcPr>
            <w:tcW w:type="dxa" w:w="1656"/>
          </w:tcPr>
          <w:p>
            <w:r>
              <w:t>[Qty]</w:t>
            </w:r>
          </w:p>
        </w:tc>
        <w:tc>
          <w:tcPr>
            <w:tcW w:type="dxa" w:w="1656"/>
          </w:tcPr>
          <w:p>
            <w:r>
              <w:t>[Price]</w:t>
            </w:r>
          </w:p>
        </w:tc>
        <w:tc>
          <w:tcPr>
            <w:tcW w:type="dxa" w:w="1656"/>
          </w:tcPr>
          <w:p>
            <w:r>
              <w:t>[Amount]</w:t>
            </w:r>
          </w:p>
        </w:tc>
      </w:tr>
      <w:tr>
        <w:tc>
          <w:tcPr>
            <w:tcW w:type="dxa" w:w="1656"/>
          </w:tcPr>
          <w:p>
            <w:r>
              <w:t>2</w:t>
            </w:r>
          </w:p>
        </w:tc>
        <w:tc>
          <w:tcPr>
            <w:tcW w:type="dxa" w:w="1656"/>
          </w:tcPr>
          <w:p>
            <w:r>
              <w:t>[Product description]</w:t>
            </w:r>
          </w:p>
        </w:tc>
        <w:tc>
          <w:tcPr>
            <w:tcW w:type="dxa" w:w="1656"/>
          </w:tcPr>
          <w:p>
            <w:r>
              <w:t>[HS code]</w:t>
            </w:r>
          </w:p>
        </w:tc>
        <w:tc>
          <w:tcPr>
            <w:tcW w:type="dxa" w:w="1656"/>
          </w:tcPr>
          <w:p>
            <w:r>
              <w:t>[Qty]</w:t>
            </w:r>
          </w:p>
        </w:tc>
        <w:tc>
          <w:tcPr>
            <w:tcW w:type="dxa" w:w="1656"/>
          </w:tcPr>
          <w:p>
            <w:r>
              <w:t>[Price]</w:t>
            </w:r>
          </w:p>
        </w:tc>
        <w:tc>
          <w:tcPr>
            <w:tcW w:type="dxa" w:w="1656"/>
          </w:tcPr>
          <w:p>
            <w:r>
              <w:t>[Amount]</w:t>
            </w:r>
          </w:p>
        </w:tc>
      </w:tr>
      <w:tr>
        <w:tc>
          <w:tcPr>
            <w:tcW w:type="dxa" w:w="1656"/>
          </w:tcPr>
          <w:p>
            <w:r>
              <w:t>3</w:t>
            </w:r>
          </w:p>
        </w:tc>
        <w:tc>
          <w:tcPr>
            <w:tcW w:type="dxa" w:w="1656"/>
          </w:tcPr>
          <w:p>
            <w:r>
              <w:t>[Product description]</w:t>
            </w:r>
          </w:p>
        </w:tc>
        <w:tc>
          <w:tcPr>
            <w:tcW w:type="dxa" w:w="1656"/>
          </w:tcPr>
          <w:p>
            <w:r>
              <w:t>[HS code]</w:t>
            </w:r>
          </w:p>
        </w:tc>
        <w:tc>
          <w:tcPr>
            <w:tcW w:type="dxa" w:w="1656"/>
          </w:tcPr>
          <w:p>
            <w:r>
              <w:t>[Qty]</w:t>
            </w:r>
          </w:p>
        </w:tc>
        <w:tc>
          <w:tcPr>
            <w:tcW w:type="dxa" w:w="1656"/>
          </w:tcPr>
          <w:p>
            <w:r>
              <w:t>[Price]</w:t>
            </w:r>
          </w:p>
        </w:tc>
        <w:tc>
          <w:tcPr>
            <w:tcW w:type="dxa" w:w="1656"/>
          </w:tcPr>
          <w:p>
            <w:r>
              <w:t>[Amount]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jc w:val="right"/>
      </w:pPr>
      <w:r>
        <w:rPr>
          <w:b w:val="0"/>
          <w:sz w:val="22"/>
        </w:rPr>
        <w:t>Subtotal:  [Amount]</w:t>
      </w:r>
    </w:p>
    <w:p>
      <w:pPr>
        <w:jc w:val="right"/>
      </w:pPr>
      <w:r>
        <w:rPr>
          <w:b w:val="0"/>
          <w:sz w:val="22"/>
        </w:rPr>
        <w:t>Shipping / Freight:  [Amount]</w:t>
      </w:r>
    </w:p>
    <w:p>
      <w:pPr>
        <w:jc w:val="right"/>
      </w:pPr>
      <w:r>
        <w:rPr>
          <w:b w:val="0"/>
          <w:sz w:val="22"/>
        </w:rPr>
        <w:t>Insurance:  [Amount]</w:t>
      </w:r>
    </w:p>
    <w:p>
      <w:pPr>
        <w:jc w:val="right"/>
      </w:pPr>
      <w:r>
        <w:rPr>
          <w:b w:val="0"/>
          <w:sz w:val="22"/>
        </w:rPr>
        <w:t>Tax / VAT (___%):  [Amount]</w:t>
      </w:r>
    </w:p>
    <w:p>
      <w:pPr>
        <w:jc w:val="right"/>
      </w:pPr>
      <w:r>
        <w:rPr>
          <w:b/>
          <w:sz w:val="22"/>
        </w:rPr>
        <w:t>TOTAL DUE:  [Amount]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F3A5F"/>
          <w:sz w:val="24"/>
        </w:rPr>
        <w:t>PAYMENT DETAILS</w:t>
      </w:r>
    </w:p>
    <w:p>
      <w:pPr>
        <w:spacing w:after="80"/>
      </w:pPr>
      <w:r>
        <w:rPr>
          <w:b w:val="0"/>
          <w:sz w:val="22"/>
        </w:rPr>
        <w:t>Bank Name: [Bank]  |  Account Name: [Name]  |  Account No. / IBAN: [Number]  |  SWIFT/BIC: [Code]</w:t>
      </w:r>
    </w:p>
    <w:p>
      <w:pPr>
        <w:spacing w:after="80"/>
      </w:pPr>
      <w:r>
        <w:rPr>
          <w:b/>
          <w:color w:val="1F3A5F"/>
          <w:sz w:val="24"/>
        </w:rPr>
        <w:t>NOTES</w:t>
      </w:r>
    </w:p>
    <w:p>
      <w:pPr>
        <w:spacing w:after="80"/>
      </w:pPr>
      <w:r>
        <w:rPr>
          <w:b w:val="0"/>
          <w:sz w:val="22"/>
        </w:rPr>
        <w:t>[Any additional notes: e.g. late-payment policy, return terms, or "I declare that the above information is true and correct."]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40"/>
      </w:pPr>
      <w:r>
        <w:rPr>
          <w:b w:val="0"/>
          <w:sz w:val="22"/>
        </w:rPr>
        <w:t>Signature: ___________________________    Date: _______________</w:t>
      </w:r>
    </w:p>
    <w:p>
      <w:pPr>
        <w:spacing w:after="80"/>
      </w:pPr>
      <w:r>
        <w:rPr>
          <w:b w:val="0"/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