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0F766E"/>
          </w:tcPr>
          <w:p>
            <w:r>
              <w:rPr>
                <w:b/>
                <w:color w:val="FFFFFF"/>
                <w:sz w:val="44"/>
              </w:rPr>
              <w:t>INVOICE</w:t>
            </w:r>
          </w:p>
        </w:tc>
        <w:tc>
          <w:tcPr>
            <w:tcW w:type="dxa" w:w="4968"/>
            <w:shd w:val="clear" w:fill="F1F5F9"/>
          </w:tcPr>
          <w:p>
            <w:r>
              <w:rPr>
                <w:sz w:val="20"/>
              </w:rPr>
              <w:t>[Your Business Name]</w:t>
              <w:br/>
              <w:t>[Phone] | [Email]</w:t>
              <w:br/>
              <w:t>License No.: [Number, if applicable]</w:t>
            </w:r>
          </w:p>
        </w:tc>
      </w:tr>
    </w:tbl>
    <w:p>
      <w:pPr>
        <w:spacing w:after="200"/>
      </w:pPr>
      <w:r>
        <w:rPr>
          <w:b w:val="0"/>
          <w:color w:val="64748B"/>
          <w:sz w:val="20"/>
        </w:rPr>
        <w:t>HOW TO USE: Replace everything in [brackets] with your own details, then delete this note before sending. This is a general business form, not legal or tax advice — check your local rules.</w:t>
      </w:r>
    </w:p>
    <w:p>
      <w:pPr>
        <w:spacing w:before="240" w:after="80"/>
      </w:pPr>
      <w:r>
        <w:rPr>
          <w:b/>
          <w:color w:val="0F766E"/>
          <w:sz w:val="24"/>
        </w:rPr>
        <w:t>Project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rPr>
                <w:b/>
              </w:rPr>
              <w:t>PROJECT</w:t>
            </w:r>
          </w:p>
        </w:tc>
      </w:tr>
      <w:tr>
        <w:tc>
          <w:tcPr>
            <w:tcW w:type="dxa" w:w="4968"/>
          </w:tcPr>
          <w:p>
            <w:r>
              <w:t>[Client Name]</w:t>
              <w:br/>
              <w:t>[Street Address]</w:t>
              <w:br/>
              <w:t>[City, State, Postal Code]</w:t>
              <w:br/>
              <w:t>[Phone] | [Email]</w:t>
            </w:r>
          </w:p>
        </w:tc>
        <w:tc>
          <w:tcPr>
            <w:tcW w:type="dxa" w:w="4968"/>
          </w:tcPr>
          <w:p>
            <w:r>
              <w:t>Project: [Project name / job address]</w:t>
              <w:br/>
              <w:t>Invoice No.: [INV-001]</w:t>
              <w:br/>
              <w:t>Invoice Date: [Date] | Due Date: [Date]</w:t>
              <w:br/>
              <w:t>Payment Terms: [e.g. Net 15 / Due on receipt]</w:t>
            </w:r>
          </w:p>
        </w:tc>
      </w:tr>
    </w:tbl>
    <w:p>
      <w:pPr>
        <w:spacing w:before="240" w:after="80"/>
      </w:pPr>
      <w:r>
        <w:rPr>
          <w:b/>
          <w:color w:val="0F766E"/>
          <w:sz w:val="24"/>
        </w:rPr>
        <w:t>Work &amp; Materials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Item / Service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Details</w:t>
            </w:r>
          </w:p>
        </w:tc>
        <w:tc>
          <w:tcPr>
            <w:tcW w:type="dxa" w:w="331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3312"/>
          </w:tcPr>
          <w:p>
            <w:r>
              <w:t>[e.g. Bathroom remodel — labor]</w:t>
            </w:r>
          </w:p>
        </w:tc>
        <w:tc>
          <w:tcPr>
            <w:tcW w:type="dxa" w:w="3312"/>
          </w:tcPr>
          <w:p>
            <w:r>
              <w:t>[40 hours @ $___/hr]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[e.g. Materials — tile, fixtures, paint]</w:t>
            </w:r>
          </w:p>
        </w:tc>
        <w:tc>
          <w:tcPr>
            <w:tcW w:type="dxa" w:w="3312"/>
          </w:tcPr>
          <w:p>
            <w:r>
              <w:t>[Itemized on request]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[e.g. Subcontractor / permit fees]</w:t>
            </w:r>
          </w:p>
        </w:tc>
        <w:tc>
          <w:tcPr>
            <w:tcW w:type="dxa" w:w="3312"/>
          </w:tcPr>
          <w:p>
            <w:r>
              <w:t>[As invoiced]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spacing w:before="240" w:after="80"/>
      </w:pPr>
      <w:r>
        <w:rPr>
          <w:b/>
          <w:color w:val="0F766E"/>
          <w:sz w:val="24"/>
        </w:rPr>
        <w:t>Payment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Due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3312"/>
          </w:tcPr>
          <w:p>
            <w:r>
              <w:t>Deposit (paid before work)</w:t>
            </w:r>
          </w:p>
        </w:tc>
        <w:tc>
          <w:tcPr>
            <w:tcW w:type="dxa" w:w="3312"/>
          </w:tcPr>
          <w:p>
            <w:r>
              <w:t>[Date]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Progress payment</w:t>
            </w:r>
          </w:p>
        </w:tc>
        <w:tc>
          <w:tcPr>
            <w:tcW w:type="dxa" w:w="3312"/>
          </w:tcPr>
          <w:p>
            <w:r>
              <w:t>[Date / milestone]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Final payment (this invoice)</w:t>
            </w:r>
          </w:p>
        </w:tc>
        <w:tc>
          <w:tcPr>
            <w:tcW w:type="dxa" w:w="3312"/>
          </w:tcPr>
          <w:p>
            <w:r>
              <w:t>[Due date]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spacing w:after="80"/>
      </w:pPr>
      <w:r>
        <w:rPr>
          <w:b w:val="0"/>
          <w:sz w:val="22"/>
        </w:rPr>
      </w:r>
    </w:p>
    <w:p>
      <w:pPr>
        <w:jc w:val="right"/>
      </w:pPr>
      <w:r>
        <w:rPr>
          <w:b w:val="0"/>
          <w:sz w:val="22"/>
        </w:rPr>
        <w:t>Project Total:  [Amount]</w:t>
      </w:r>
    </w:p>
    <w:p>
      <w:pPr>
        <w:jc w:val="right"/>
      </w:pPr>
      <w:r>
        <w:rPr>
          <w:b w:val="0"/>
          <w:sz w:val="22"/>
        </w:rPr>
        <w:t>Tax (___%, if applicable):  [Amount]</w:t>
      </w:r>
    </w:p>
    <w:p>
      <w:pPr>
        <w:jc w:val="right"/>
      </w:pPr>
      <w:r>
        <w:rPr>
          <w:b w:val="0"/>
          <w:sz w:val="22"/>
        </w:rPr>
        <w:t>Total Paid to Date:  [Amount]</w:t>
      </w:r>
    </w:p>
    <w:p>
      <w:pPr>
        <w:jc w:val="right"/>
      </w:pPr>
      <w:r>
        <w:rPr>
          <w:b/>
          <w:sz w:val="22"/>
        </w:rPr>
        <w:t>AMOUNT DUE NOW:  [Amount]</w:t>
      </w:r>
    </w:p>
    <w:p>
      <w:pPr>
        <w:spacing w:before="240" w:after="80"/>
      </w:pPr>
      <w:r>
        <w:rPr>
          <w:b/>
          <w:color w:val="0F766E"/>
          <w:sz w:val="24"/>
        </w:rPr>
        <w:t>Terms</w:t>
      </w:r>
    </w:p>
    <w:p>
      <w:pPr>
        <w:spacing w:after="80"/>
      </w:pPr>
      <w:r>
        <w:rPr>
          <w:b w:val="0"/>
          <w:sz w:val="22"/>
        </w:rPr>
        <w:t>Payment Methods: [Bank transfer / Check / Card]. Late Payment: [e.g. Balances unpaid after the due date may incur a late fee of ___% per month — include only if agreed with the client in advance.] Change Orders: [Any work beyond the agreed scope will be quoted separately before it begins.]</w:t>
      </w:r>
    </w:p>
    <w:p>
      <w:pPr>
        <w:spacing w:after="40"/>
      </w:pPr>
      <w:r>
        <w:rPr>
          <w:b/>
          <w:sz w:val="22"/>
        </w:rPr>
        <w:t>Thank you for your business!</w:t>
      </w:r>
    </w:p>
    <w:p>
      <w:pPr>
        <w:spacing w:after="40"/>
      </w:pPr>
      <w:r>
        <w:rPr>
          <w:b w:val="0"/>
          <w:sz w:val="22"/>
        </w:rPr>
        <w:t>Signature: ___________________________    Date: _______________</w:t>
      </w:r>
    </w:p>
    <w:p>
      <w:pPr>
        <w:spacing w:after="80"/>
      </w:pPr>
      <w:r>
        <w:rPr>
          <w:b w:val="0"/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