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CONTRACTOR INVOICE</w:t>
      </w:r>
    </w:p>
    <w:p>
      <w:pPr>
        <w:spacing w:after="200"/>
      </w:pPr>
      <w:r>
        <w:rPr>
          <w:b w:val="0"/>
          <w:color w:val="64748B"/>
          <w:sz w:val="20"/>
        </w:rPr>
        <w:t>[Your Business Name]  |  [Phone]  |  [Email]  |  License No.: [Number, if applicable]</w:t>
      </w:r>
    </w:p>
    <w:p>
      <w:pPr>
        <w:spacing w:after="200"/>
      </w:pPr>
      <w:r>
        <w:rPr>
          <w:b w:val="0"/>
          <w:color w:val="64748B"/>
          <w:sz w:val="20"/>
        </w:rPr>
        <w:t>HOW TO USE: Replace everything in [brackets] with your own details, then delete this note before sending. This template is a general business form, not legal or tax advice — check your local rules.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</w:rPr>
              <w:t>BILL TO (CLIENT)</w:t>
            </w:r>
          </w:p>
        </w:tc>
        <w:tc>
          <w:tcPr>
            <w:tcW w:type="dxa" w:w="4968"/>
          </w:tcPr>
          <w:p>
            <w:r>
              <w:rPr>
                <w:b/>
              </w:rPr>
              <w:t>INVOICE DETAILS</w:t>
            </w:r>
          </w:p>
        </w:tc>
      </w:tr>
      <w:tr>
        <w:tc>
          <w:tcPr>
            <w:tcW w:type="dxa" w:w="4968"/>
          </w:tcPr>
          <w:p>
            <w:r>
              <w:t>[Client Name]</w:t>
              <w:br/>
              <w:t>[Street Address]</w:t>
              <w:br/>
              <w:t>[City, State, Postal Code]</w:t>
              <w:br/>
              <w:t>[Phone] | [Email]</w:t>
            </w:r>
          </w:p>
        </w:tc>
        <w:tc>
          <w:tcPr>
            <w:tcW w:type="dxa" w:w="4968"/>
          </w:tcPr>
          <w:p>
            <w:r>
              <w:t>Invoice No.: [INV-001]</w:t>
              <w:br/>
              <w:t>Invoice Date: [Date]</w:t>
              <w:br/>
              <w:t>Due Date: [Date]</w:t>
              <w:br/>
              <w:t>Job / Project: [Project name or address]</w:t>
              <w:br/>
              <w:t>Payment Terms: [e.g. Due on receipt / Net 15]</w:t>
            </w:r>
          </w:p>
        </w:tc>
      </w:tr>
    </w:tbl>
    <w:p>
      <w:pPr>
        <w:spacing w:after="120"/>
      </w:pPr>
      <w:r>
        <w:rPr>
          <w:b w:val="0"/>
          <w:sz w:val="22"/>
        </w:rPr>
      </w:r>
    </w:p>
    <w:p>
      <w:pPr>
        <w:spacing w:after="80"/>
      </w:pPr>
      <w:r>
        <w:rPr>
          <w:b/>
          <w:color w:val="1F3A5F"/>
          <w:sz w:val="24"/>
        </w:rPr>
        <w:t>WORK PERFORMED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rPr>
                <w:b/>
              </w:rPr>
              <w:t>Description of Work / Item</w:t>
            </w:r>
          </w:p>
        </w:tc>
        <w:tc>
          <w:tcPr>
            <w:tcW w:type="dxa" w:w="2484"/>
          </w:tcPr>
          <w:p>
            <w:r>
              <w:rPr>
                <w:b/>
              </w:rPr>
              <w:t>Hours / Qty</w:t>
            </w:r>
          </w:p>
        </w:tc>
        <w:tc>
          <w:tcPr>
            <w:tcW w:type="dxa" w:w="248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2484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2484"/>
          </w:tcPr>
          <w:p>
            <w:r>
              <w:t>[e.g. Kitchen cabinet installation — labor]</w:t>
            </w:r>
          </w:p>
        </w:tc>
        <w:tc>
          <w:tcPr>
            <w:tcW w:type="dxa" w:w="2484"/>
          </w:tcPr>
          <w:p>
            <w:r>
              <w:t>[Hours]</w:t>
            </w:r>
          </w:p>
        </w:tc>
        <w:tc>
          <w:tcPr>
            <w:tcW w:type="dxa" w:w="2484"/>
          </w:tcPr>
          <w:p>
            <w:r>
              <w:t>[Rate/hr]</w:t>
            </w:r>
          </w:p>
        </w:tc>
        <w:tc>
          <w:tcPr>
            <w:tcW w:type="dxa" w:w="2484"/>
          </w:tcPr>
          <w:p>
            <w:r>
              <w:t>[Amount]</w:t>
            </w:r>
          </w:p>
        </w:tc>
      </w:tr>
      <w:tr>
        <w:tc>
          <w:tcPr>
            <w:tcW w:type="dxa" w:w="2484"/>
          </w:tcPr>
          <w:p>
            <w:r>
              <w:t>[e.g. Materials: lumber, hardware, paint]</w:t>
            </w:r>
          </w:p>
        </w:tc>
        <w:tc>
          <w:tcPr>
            <w:tcW w:type="dxa" w:w="2484"/>
          </w:tcPr>
          <w:p>
            <w:r>
              <w:t>[Qty]</w:t>
            </w:r>
          </w:p>
        </w:tc>
        <w:tc>
          <w:tcPr>
            <w:tcW w:type="dxa" w:w="2484"/>
          </w:tcPr>
          <w:p>
            <w:r>
              <w:t>[Unit price]</w:t>
            </w:r>
          </w:p>
        </w:tc>
        <w:tc>
          <w:tcPr>
            <w:tcW w:type="dxa" w:w="2484"/>
          </w:tcPr>
          <w:p>
            <w:r>
              <w:t>[Amount]</w:t>
            </w:r>
          </w:p>
        </w:tc>
      </w:tr>
      <w:tr>
        <w:tc>
          <w:tcPr>
            <w:tcW w:type="dxa" w:w="2484"/>
          </w:tcPr>
          <w:p>
            <w:r>
              <w:t>[e.g. Disposal / delivery fee]</w:t>
            </w:r>
          </w:p>
        </w:tc>
        <w:tc>
          <w:tcPr>
            <w:tcW w:type="dxa" w:w="2484"/>
          </w:tcPr>
          <w:p>
            <w:r>
              <w:t>[1]</w:t>
            </w:r>
          </w:p>
        </w:tc>
        <w:tc>
          <w:tcPr>
            <w:tcW w:type="dxa" w:w="2484"/>
          </w:tcPr>
          <w:p>
            <w:r>
              <w:t>[Fee]</w:t>
            </w:r>
          </w:p>
        </w:tc>
        <w:tc>
          <w:tcPr>
            <w:tcW w:type="dxa" w:w="2484"/>
          </w:tcPr>
          <w:p>
            <w:r>
              <w:t>[Amount]</w:t>
            </w:r>
          </w:p>
        </w:tc>
      </w:tr>
    </w:tbl>
    <w:p>
      <w:pPr>
        <w:spacing w:after="120"/>
      </w:pPr>
      <w:r>
        <w:rPr>
          <w:b w:val="0"/>
          <w:sz w:val="22"/>
        </w:rPr>
      </w:r>
    </w:p>
    <w:p>
      <w:pPr>
        <w:jc w:val="right"/>
      </w:pPr>
      <w:r>
        <w:rPr>
          <w:b w:val="0"/>
          <w:sz w:val="22"/>
        </w:rPr>
        <w:t>Labor Subtotal:  [Amount]</w:t>
      </w:r>
    </w:p>
    <w:p>
      <w:pPr>
        <w:jc w:val="right"/>
      </w:pPr>
      <w:r>
        <w:rPr>
          <w:b w:val="0"/>
          <w:sz w:val="22"/>
        </w:rPr>
        <w:t>Materials Subtotal:  [Amount]</w:t>
      </w:r>
    </w:p>
    <w:p>
      <w:pPr>
        <w:jc w:val="right"/>
      </w:pPr>
      <w:r>
        <w:rPr>
          <w:b w:val="0"/>
          <w:sz w:val="22"/>
        </w:rPr>
        <w:t>Tax (___%, if applicable):  [Amount]</w:t>
      </w:r>
    </w:p>
    <w:p>
      <w:pPr>
        <w:jc w:val="right"/>
      </w:pPr>
      <w:r>
        <w:rPr>
          <w:b/>
          <w:sz w:val="22"/>
        </w:rPr>
        <w:t>TOTAL DUE:  [Amount]</w:t>
      </w:r>
    </w:p>
    <w:p>
      <w:pPr>
        <w:jc w:val="right"/>
      </w:pPr>
      <w:r>
        <w:rPr>
          <w:b w:val="0"/>
          <w:sz w:val="22"/>
        </w:rPr>
        <w:t>Deposit Paid:  [Amount]</w:t>
      </w:r>
    </w:p>
    <w:p>
      <w:pPr>
        <w:jc w:val="right"/>
      </w:pPr>
      <w:r>
        <w:rPr>
          <w:b/>
          <w:sz w:val="22"/>
        </w:rPr>
        <w:t>BALANCE DUE:  [Amount]</w:t>
      </w:r>
    </w:p>
    <w:p>
      <w:pPr>
        <w:spacing w:after="120"/>
      </w:pPr>
      <w:r>
        <w:rPr>
          <w:b w:val="0"/>
          <w:sz w:val="22"/>
        </w:rPr>
      </w:r>
    </w:p>
    <w:p>
      <w:pPr>
        <w:spacing w:after="80"/>
      </w:pPr>
      <w:r>
        <w:rPr>
          <w:b/>
          <w:color w:val="1F3A5F"/>
          <w:sz w:val="24"/>
        </w:rPr>
        <w:t>PAYMENT TERMS &amp; NOTES</w:t>
      </w:r>
    </w:p>
    <w:p>
      <w:pPr>
        <w:spacing w:after="80"/>
      </w:pPr>
      <w:r>
        <w:rPr>
          <w:b w:val="0"/>
          <w:sz w:val="22"/>
        </w:rPr>
        <w:t>Payment Methods: [Bank transfer / Check / Cash / Card]. Late Fee: [e.g. A late fee of ___% per month applies to balances unpaid after the due date — only include a late fee if it was agreed with the client in advance.]</w:t>
      </w:r>
    </w:p>
    <w:p>
      <w:pPr>
        <w:spacing w:after="80"/>
      </w:pPr>
      <w:r>
        <w:rPr>
          <w:b w:val="0"/>
          <w:sz w:val="22"/>
        </w:rPr>
        <w:t>Work Warranty: [e.g. Workmanship guaranteed for ___ months from completion date.]</w:t>
      </w:r>
    </w:p>
    <w:p>
      <w:pPr>
        <w:spacing w:after="120"/>
      </w:pPr>
      <w:r>
        <w:rPr>
          <w:b w:val="0"/>
          <w:sz w:val="22"/>
        </w:rPr>
      </w:r>
    </w:p>
    <w:p>
      <w:pPr>
        <w:spacing w:after="40"/>
      </w:pPr>
      <w:r>
        <w:rPr>
          <w:b/>
          <w:sz w:val="22"/>
        </w:rPr>
        <w:t>Thank you for your business!</w:t>
      </w:r>
    </w:p>
    <w:p>
      <w:pPr>
        <w:spacing w:after="40"/>
      </w:pPr>
      <w:r>
        <w:rPr>
          <w:b w:val="0"/>
          <w:sz w:val="22"/>
        </w:rPr>
        <w:t>Signature: ___________________________    Date: _______________</w:t>
      </w:r>
    </w:p>
    <w:p>
      <w:pPr>
        <w:spacing w:after="80"/>
      </w:pPr>
      <w:r>
        <w:rPr>
          <w:b w:val="0"/>
          <w:color w:val="64748B"/>
          <w:sz w:val="18"/>
        </w:rPr>
        <w:t>Free template from Templates Tub — templatestub.com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