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[YOUR FULL NAME]</w:t>
      </w:r>
    </w:p>
    <w:p>
      <w:pPr>
        <w:jc w:val="center"/>
      </w:pPr>
      <w:r>
        <w:rPr>
          <w:sz w:val="21"/>
        </w:rPr>
        <w:t>City, State  |  [Phone]  |  [Email]  |  [LinkedIn URL - optional]</w:t>
      </w:r>
    </w:p>
    <w:p>
      <w:r>
        <w:rPr>
          <w:i/>
          <w:color w:val="64748B"/>
          <w:sz w:val="20"/>
        </w:rPr>
        <w:t>HOW TO USE THIS TEMPLATE: Replace everything in [brackets] with your own information, then delete this note before you submit. Finance hiring managers scan for numbers first — every bullet below should carry a figure you can defend in an interview. Never invent deal sizes, returns, or portfolio values.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PROFESSIONAL SUMMARY</w:t>
      </w:r>
    </w:p>
    <w:p>
      <w:pPr>
        <w:pStyle w:val="ListBullet"/>
      </w:pPr>
      <w:r>
        <w:t>[2–3 sentences: your finance focus, years of experience, and your strongest quantified result — e.g. "Financial analyst with 4 years of experience in FP&amp;A, supporting a $50M annual budget and cutting forecast variance by 12%."]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WORK EXPERIENCE</w:t>
      </w:r>
    </w:p>
    <w:p>
      <w:pPr>
        <w:pStyle w:val="ListBullet"/>
      </w:pPr>
      <w:r>
        <w:t>[Most Recent Job Title], [Employer] — [City, State] | [Month Year] – Present</w:t>
      </w:r>
    </w:p>
    <w:p>
      <w:pPr>
        <w:pStyle w:val="ListBullet"/>
      </w:pPr>
      <w:r>
        <w:t>Managed [portfolio / budget / book of business] of $[amount], [action] resulting in [return / saving / growth of X%].</w:t>
      </w:r>
    </w:p>
    <w:p>
      <w:pPr>
        <w:pStyle w:val="ListBullet"/>
      </w:pPr>
      <w:r>
        <w:t>Built [model / report / forecast] used by [team / leadership] to [decision made], improving [metric] by [X%].</w:t>
      </w:r>
    </w:p>
    <w:p>
      <w:pPr>
        <w:pStyle w:val="ListBullet"/>
      </w:pPr>
      <w:r>
        <w:t>[Previous Job Title], [Employer] — [City, State] | [Month Year] – [Month Year]</w:t>
      </w:r>
    </w:p>
    <w:p>
      <w:pPr>
        <w:pStyle w:val="ListBullet"/>
      </w:pPr>
      <w:r>
        <w:t>Analyzed [data / deals / accounts] worth $[amount], identifying [finding] that [result].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EDUCATION &amp; CERTIFICATIONS</w:t>
      </w:r>
    </w:p>
    <w:p>
      <w:pPr>
        <w:pStyle w:val="ListBullet"/>
      </w:pPr>
      <w:r>
        <w:t>[Degree in Finance / Economics / Accounting], [University Name] — [City, State] | [Year]</w:t>
      </w:r>
    </w:p>
    <w:p>
      <w:pPr>
        <w:pStyle w:val="ListBullet"/>
      </w:pPr>
      <w:r>
        <w:t>Certifications: [CFA Level __ / CPA / Series __ — only certifications you actually hold or are enrolled in, stated honestly]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FINANCE SKILLS</w:t>
      </w:r>
    </w:p>
    <w:p>
      <w:pPr>
        <w:pStyle w:val="ListBullet"/>
      </w:pPr>
      <w:r>
        <w:t>Analysis: [Financial modeling, Valuation (DCF, comps), Forecasting, Variance analysis]</w:t>
      </w:r>
    </w:p>
    <w:p>
      <w:pPr>
        <w:pStyle w:val="ListBullet"/>
      </w:pPr>
      <w:r>
        <w:t>Tools: [Excel (pivot tables, XLOOKUP), Bloomberg, SQL, Power BI / Tableau — only tools you have actually used]</w:t>
      </w:r>
    </w:p>
    <w:p>
      <w:pPr>
        <w:pStyle w:val="ListBullet"/>
      </w:pPr>
      <w:r>
        <w:t>Markets / Sectors: [Equities, Fixed income, Corporate finance, FP&amp;A — your real coverage areas]</w:t>
      </w:r>
    </w:p>
    <w:p>
      <w:pPr>
        <w:spacing w:before="280"/>
      </w:pPr>
      <w:r>
        <w:rPr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