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[YOUR FULL NAME]</w:t>
      </w:r>
    </w:p>
    <w:p>
      <w:pPr>
        <w:jc w:val="center"/>
      </w:pPr>
      <w:r>
        <w:rPr>
          <w:sz w:val="21"/>
        </w:rPr>
        <w:t>City, State  |  [Phone]  |  [Email]</w:t>
      </w:r>
    </w:p>
    <w:p>
      <w:r>
        <w:rPr>
          <w:i/>
          <w:color w:val="64748B"/>
          <w:sz w:val="20"/>
        </w:rPr>
        <w:t>HOW TO USE THIS TEMPLATE: Replace everything in [brackets] with your own information, then delete this note before you submit. Never invent jobs, grades, or awards you do not have — colleges and employers check. Keep it to one page.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EDUCATION</w:t>
      </w:r>
    </w:p>
    <w:p>
      <w:pPr>
        <w:pStyle w:val="ListBullet"/>
      </w:pPr>
      <w:r>
        <w:t>[High School Name] — [City, State] | Expected Graduation: [Month Year]</w:t>
      </w:r>
    </w:p>
    <w:p>
      <w:pPr>
        <w:pStyle w:val="ListBullet"/>
      </w:pPr>
      <w:r>
        <w:t>GPA: [X.XX] (include only if 3.0 or higher) | Relevant Coursework: [Course 1], [Course 2], [Course 3]</w:t>
      </w:r>
    </w:p>
    <w:p>
      <w:pPr>
        <w:pStyle w:val="ListBullet"/>
      </w:pPr>
      <w:r>
        <w:t>Honors / Awards: [Honor Roll, AP Scholar, Subject Award — only if true]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ACTIVITIES &amp; LEADERSHIP</w:t>
      </w:r>
    </w:p>
    <w:p>
      <w:pPr>
        <w:pStyle w:val="ListBullet"/>
      </w:pPr>
      <w:r>
        <w:t>[Club / Team Name], [Role] — [Month Year] – Present</w:t>
      </w:r>
    </w:p>
    <w:p>
      <w:pPr>
        <w:pStyle w:val="ListBullet"/>
      </w:pPr>
      <w:r>
        <w:t>[What you actually did], resulting in [specific result, e.g. organized a 50-student fundraiser].</w:t>
      </w:r>
    </w:p>
    <w:p>
      <w:pPr>
        <w:pStyle w:val="ListBullet"/>
      </w:pPr>
      <w:r>
        <w:t>[Club / Team Name], Member — [Month Year] – Present</w:t>
      </w:r>
    </w:p>
    <w:p>
      <w:pPr>
        <w:pStyle w:val="ListBullet"/>
      </w:pPr>
      <w:r>
        <w:t>[What you contributed, e.g. designed posters, kept attendance records, mentored new members].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VOLUNTEER EXPERIENCE</w:t>
      </w:r>
    </w:p>
    <w:p>
      <w:pPr>
        <w:pStyle w:val="ListBullet"/>
      </w:pPr>
      <w:r>
        <w:t>[Organization Name], Volunteer — [Month Year] – [Month Year]</w:t>
      </w:r>
    </w:p>
    <w:p>
      <w:pPr>
        <w:pStyle w:val="ListBullet"/>
      </w:pPr>
      <w:r>
        <w:t>Volunteered [number] hours [doing what], helping [who benefited].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WORK EXPERIENCE (IF ANY — SKIP THIS SECTION IF YOU HAVE NONE)</w:t>
      </w:r>
    </w:p>
    <w:p>
      <w:pPr>
        <w:pStyle w:val="ListBullet"/>
      </w:pPr>
      <w:r>
        <w:t>[Job Title], [Employer] — [City, State] | [Month Year] – [Month Year]</w:t>
      </w:r>
    </w:p>
    <w:p>
      <w:pPr>
        <w:pStyle w:val="ListBullet"/>
      </w:pPr>
      <w:r>
        <w:t>[Action verb] [what you did] for [customers / team], resulting in [measurable result].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SKILLS</w:t>
      </w:r>
    </w:p>
    <w:p>
      <w:pPr>
        <w:pStyle w:val="ListBullet"/>
      </w:pPr>
      <w:r>
        <w:t>Skills: [Communication, Teamwork, Time Management, Microsoft Office / Google Workspace, Language: ___]</w:t>
      </w:r>
    </w:p>
    <w:p>
      <w:pPr>
        <w:pStyle w:val="ListBullet"/>
      </w:pPr>
      <w:r>
        <w:t>Interests: [Sport, Music, Coding, Art — only real interests you can talk about]</w:t>
      </w:r>
    </w:p>
    <w:p>
      <w:pPr>
        <w:spacing w:before="280"/>
      </w:pPr>
      <w:r>
        <w:rPr>
          <w:color w:val="64748B"/>
          <w:sz w:val="18"/>
        </w:rPr>
        <w:t>Free template from Templates Tub — templatestub.com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