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0"/>
        </w:rPr>
        <w:t>[YOUR FULL NAME], BSN, RN</w:t>
      </w:r>
    </w:p>
    <w:p>
      <w:pPr>
        <w:jc w:val="center"/>
      </w:pPr>
      <w:r>
        <w:rPr>
          <w:sz w:val="21"/>
        </w:rPr>
        <w:t>City, State  |  [Phone]  |  [Email]  |  License No.: [Number, State]</w:t>
      </w:r>
    </w:p>
    <w:p>
      <w:r>
        <w:rPr>
          <w:i/>
          <w:color w:val="64748B"/>
          <w:sz w:val="20"/>
        </w:rPr>
        <w:t>HOW TO USE THIS TEMPLATE: Replace everything in [brackets] with your own information, then delete this note before you submit. Only list licenses, certifications, and clinical hours you actually hold — hospitals verify these. Keep it to one page if possible, two at most.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EDUCATION</w:t>
      </w:r>
    </w:p>
    <w:p>
      <w:pPr>
        <w:pStyle w:val="ListBullet"/>
      </w:pPr>
      <w:r>
        <w:t>[University / College Name] — [City, State] | Bachelor of Science in Nursing (BSN), [Month Year]</w:t>
      </w:r>
    </w:p>
    <w:p>
      <w:pPr>
        <w:pStyle w:val="ListBullet"/>
      </w:pPr>
      <w:r>
        <w:t>GPA: [X.XX] (include only if 3.0 or higher) | Relevant Coursework: [Course 1], [Course 2]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LICENSES &amp; CERTIFICATIONS</w:t>
      </w:r>
    </w:p>
    <w:p>
      <w:pPr>
        <w:pStyle w:val="ListBullet"/>
      </w:pPr>
      <w:r>
        <w:t>Registered Nurse (RN) License — [State], License No. [Number], Expires [Date]</w:t>
      </w:r>
    </w:p>
    <w:p>
      <w:pPr>
        <w:pStyle w:val="ListBullet"/>
      </w:pPr>
      <w:r>
        <w:t>Certifications: [BLS, ACLS, PALS — list only current certifications with expiry dates if asked]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CLINICAL EXPERIENCE</w:t>
      </w:r>
    </w:p>
    <w:p>
      <w:pPr>
        <w:pStyle w:val="ListBullet"/>
      </w:pPr>
      <w:r>
        <w:t>[Hospital / Facility Name], [Unit e.g. Medical-Surgical] — [Month Year] – [Month Year], [Hours] clinical hours</w:t>
      </w:r>
    </w:p>
    <w:p>
      <w:pPr>
        <w:pStyle w:val="ListBullet"/>
      </w:pPr>
      <w:r>
        <w:t>Cared for up to [number] patients per shift, performing [assessments, medication administration, charting].</w:t>
      </w:r>
    </w:p>
    <w:p>
      <w:pPr>
        <w:pStyle w:val="ListBullet"/>
      </w:pPr>
      <w:r>
        <w:t>[Hospital / Facility Name], [Unit e.g. Pediatrics / ICU] — [Month Year] – [Month Year], [Hours] clinical hours</w:t>
      </w:r>
    </w:p>
    <w:p>
      <w:pPr>
        <w:pStyle w:val="ListBullet"/>
      </w:pPr>
      <w:r>
        <w:t>Assisted with [procedures], collaborated with [care team], and educated patients on [discharge instructions].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WORK EXPERIENCE (IF ANY)</w:t>
      </w:r>
    </w:p>
    <w:p>
      <w:pPr>
        <w:pStyle w:val="ListBullet"/>
      </w:pPr>
      <w:r>
        <w:t>[Job Title], [Employer] — [City, State] | [Month Year] – [Month Year]</w:t>
      </w:r>
    </w:p>
    <w:p>
      <w:pPr>
        <w:pStyle w:val="ListBullet"/>
      </w:pPr>
      <w:r>
        <w:t>[Action verb] [what you did], resulting in [measurable result]. (Healthcare aide, CNA, or any job counts — show reliability and patient contact.)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CLINICAL SKILLS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>
              <w:rPr>
                <w:b/>
              </w:rPr>
              <w:t>SKILL AREA</w:t>
            </w:r>
          </w:p>
        </w:tc>
        <w:tc>
          <w:tcPr>
            <w:tcW w:type="dxa" w:w="4824"/>
          </w:tcPr>
          <w:p>
            <w:r>
              <w:rPr>
                <w:b/>
              </w:rPr>
              <w:t>EXAMPLES</w:t>
            </w:r>
          </w:p>
        </w:tc>
      </w:tr>
      <w:tr>
        <w:tc>
          <w:tcPr>
            <w:tcW w:type="dxa" w:w="4824"/>
          </w:tcPr>
          <w:p>
            <w:r>
              <w:t>Patient Care</w:t>
            </w:r>
          </w:p>
        </w:tc>
        <w:tc>
          <w:tcPr>
            <w:tcW w:type="dxa" w:w="4824"/>
          </w:tcPr>
          <w:p>
            <w:r>
              <w:t>[Vital signs, wound care, IV management, patient education]</w:t>
            </w:r>
          </w:p>
        </w:tc>
      </w:tr>
      <w:tr>
        <w:tc>
          <w:tcPr>
            <w:tcW w:type="dxa" w:w="4824"/>
          </w:tcPr>
          <w:p>
            <w:r>
              <w:t>Documentation</w:t>
            </w:r>
          </w:p>
        </w:tc>
        <w:tc>
          <w:tcPr>
            <w:tcW w:type="dxa" w:w="4824"/>
          </w:tcPr>
          <w:p>
            <w:r>
              <w:t>[Electronic health records (EHR): Epic / Cerner — only systems you have used]</w:t>
            </w:r>
          </w:p>
        </w:tc>
      </w:tr>
      <w:tr>
        <w:tc>
          <w:tcPr>
            <w:tcW w:type="dxa" w:w="4824"/>
          </w:tcPr>
          <w:p>
            <w:r>
              <w:t>Teamwork</w:t>
            </w:r>
          </w:p>
        </w:tc>
        <w:tc>
          <w:tcPr>
            <w:tcW w:type="dxa" w:w="4824"/>
          </w:tcPr>
          <w:p>
            <w:r>
              <w:t>[Charge-nurse communication, handoff reports, interdisciplinary rounds]</w:t>
            </w:r>
          </w:p>
        </w:tc>
      </w:tr>
    </w:tbl>
    <w:p>
      <w:pPr>
        <w:spacing w:before="280"/>
      </w:pPr>
      <w:r>
        <w:rPr>
          <w:color w:val="64748B"/>
          <w:sz w:val="18"/>
        </w:rPr>
        <w:t>Free template from Templates Tub — templatestub.com</w:t>
      </w:r>
    </w:p>
    <w:sectPr w:rsidR="00FC693F" w:rsidRPr="0006063C" w:rsidSect="00034616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