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[YOUR FULL NAME]</w:t>
      </w:r>
    </w:p>
    <w:p>
      <w:pPr>
        <w:jc w:val="center"/>
      </w:pPr>
      <w:r>
        <w:rPr>
          <w:sz w:val="21"/>
        </w:rPr>
        <w:t>City, State  |  [Phone]  |  [Email]  |  [LinkedIn URL - optional]</w:t>
      </w:r>
    </w:p>
    <w:p>
      <w:r>
        <w:rPr>
          <w:i/>
          <w:color w:val="64748B"/>
          <w:sz w:val="20"/>
        </w:rPr>
        <w:t>HOW TO USE THIS TEMPLATE: Replace everything in [brackets] with your own information, then delete this note and the bracketed instructions before you submit your resume. Keep it to one page.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EDUCATION</w:t>
      </w:r>
    </w:p>
    <w:p>
      <w:pPr>
        <w:pStyle w:val="ListBullet"/>
      </w:pPr>
      <w:r>
        <w:t>[University Name] — [City, State] | Expected Graduation: [Month Year]</w:t>
      </w:r>
    </w:p>
    <w:p>
      <w:pPr>
        <w:pStyle w:val="ListBullet"/>
      </w:pPr>
      <w:r>
        <w:t>Degree: [Bachelor of Arts / Science in Major] | GPA: [X.XX] (include only if 3.0 or higher)</w:t>
      </w:r>
    </w:p>
    <w:p>
      <w:pPr>
        <w:pStyle w:val="ListBullet"/>
      </w:pPr>
      <w:r>
        <w:t>Relevant Coursework: [Course 1], [Course 2], [Course 3]</w:t>
      </w:r>
    </w:p>
    <w:p>
      <w:pPr>
        <w:pStyle w:val="ListBullet"/>
      </w:pPr>
      <w:r>
        <w:t>Honors: [Dean's List, Scholarship Name, Honor Society — if applicable]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LEADERSHIP EXPERIENCE</w:t>
      </w:r>
    </w:p>
    <w:p>
      <w:pPr>
        <w:pStyle w:val="ListBullet"/>
      </w:pPr>
      <w:r>
        <w:t>[Sorority Name], [Position Held] — [Month Year] – Present</w:t>
      </w:r>
    </w:p>
    <w:p>
      <w:pPr>
        <w:pStyle w:val="ListBullet"/>
      </w:pPr>
      <w:r>
        <w:t>Led a team of [number] members to [specific result, e.g. raise $X for philanthropy / plan a 200-person event].</w:t>
      </w:r>
    </w:p>
    <w:p>
      <w:pPr>
        <w:pStyle w:val="ListBullet"/>
      </w:pPr>
      <w:r>
        <w:t>Coordinated [event or program], managing a budget of $[amount] and [number] volunteers.</w:t>
      </w:r>
    </w:p>
    <w:p>
      <w:pPr>
        <w:pStyle w:val="ListBullet"/>
      </w:pPr>
      <w:r>
        <w:t>[Sorority Name], Member — [Month Year] – Present</w:t>
      </w:r>
    </w:p>
    <w:p>
      <w:pPr>
        <w:pStyle w:val="ListBullet"/>
      </w:pPr>
      <w:r>
        <w:t>Served on the [Committee Name] committee; organized [activity] for [number] members.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PHILANTHROPY &amp; COMMUNITY SERVICE</w:t>
      </w:r>
    </w:p>
    <w:p>
      <w:pPr>
        <w:pStyle w:val="ListBullet"/>
      </w:pPr>
      <w:r>
        <w:t>Volunteered [number] hours with [Organization Name], supporting [cause or activity].</w:t>
      </w:r>
    </w:p>
    <w:p>
      <w:pPr>
        <w:pStyle w:val="ListBullet"/>
      </w:pPr>
      <w:r>
        <w:t>Planned and ran [fundraiser or service event], raising $[amount] for [charity].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WORK EXPERIENCE</w:t>
      </w:r>
    </w:p>
    <w:p>
      <w:pPr>
        <w:pStyle w:val="ListBullet"/>
      </w:pPr>
      <w:r>
        <w:t>[Job Title], [Employer] — [City, State] | [Month Year] – [Month Year]</w:t>
      </w:r>
    </w:p>
    <w:p>
      <w:pPr>
        <w:pStyle w:val="ListBullet"/>
      </w:pPr>
      <w:r>
        <w:t>[Action verb] [what you did] for [who], resulting in [measurable result].</w:t>
      </w:r>
    </w:p>
    <w:p>
      <w:pPr>
        <w:pStyle w:val="ListBullet"/>
      </w:pPr>
      <w:r>
        <w:t>[Action verb] [what you did], improving [process or outcome] by [number or %].</w:t>
      </w:r>
    </w:p>
    <w:p>
      <w:pPr>
        <w:spacing w:before="240" w:after="60"/>
        <w:pBdr>
          <w:bottom w:val="single" w:sz="6" w:color="1F3A5F"/>
        </w:pBdr>
      </w:pPr>
      <w:r>
        <w:rPr>
          <w:b/>
          <w:color w:val="1F3A5F"/>
          <w:sz w:val="23"/>
        </w:rPr>
        <w:t>SKILLS &amp; ACTIVITIES</w:t>
      </w:r>
    </w:p>
    <w:p>
      <w:pPr>
        <w:pStyle w:val="ListBullet"/>
      </w:pPr>
      <w:r>
        <w:t>Skills: [Communication, Event Planning, Fundraising, Social Media, Microsoft Office / Google Workspace]</w:t>
      </w:r>
    </w:p>
    <w:p>
      <w:pPr>
        <w:pStyle w:val="ListBullet"/>
      </w:pPr>
      <w:r>
        <w:t>Activities: [Club or Sport], [Club or Sport] | Certifications: [CPR, First Aid — if applicable]</w:t>
      </w:r>
    </w:p>
    <w:p>
      <w:pPr>
        <w:spacing w:before="280"/>
      </w:pPr>
      <w:r>
        <w:rPr>
          <w:color w:val="64748B"/>
          <w:sz w:val="18"/>
        </w:rPr>
        <w:t>Free template from Templates Tub — templatestub.com</w:t>
      </w:r>
    </w:p>
    <w:sectPr w:rsidR="00FC693F" w:rsidRPr="0006063C" w:rsidSect="00034616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